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علي هادي جبرين/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تمثيل بياني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المشروعات/ مراقبة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