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عبد الفتاح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9789776298552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 الشاملة/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