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ثامر ياس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ستشف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