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ادارة المشروعات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محمود عبد الفتاح رضوان/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المجموعة العربية للتدريب والنشر/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91ص.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جداول , بيانات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29*20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9789776298491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المشروعات/ ادارة/ تنظيم/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