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حديث في 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نير ابراهيم ه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310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