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أمين زويل/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6570166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الالكترونية/ السندات/ الشركات/ رأس مال الشركة/ الانظمة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