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أ. د. جليل كاظم مدلول العارضي/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9789957247270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الاستراتيجية/ الادارة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