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الحديثة لإدارة المشتريات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عبد الفتاح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9789776298651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المستشفيات/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