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9776223134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البلدان العربية/ التسويق الالكتروني/ التسويق التقليدي/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