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وراق المالية وأسواق ال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منير إبراهيم هن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ركزالدلتا ل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700354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وراق المالية/ أسواق المال/ السيولة/ المستثم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