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 من القطاع العام الى القطاع الخاص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ليث عبد الله القهيوي/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القطاع العام/ القطاع الخاص/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