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سمير الصبان/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القياس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