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الكمي في ادارة الاعمال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 مؤيد محمد الفضل/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الوراق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9789957332754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ادارة الاعمال/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