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- التنافسية والبدائل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د. زغدار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المنافسة/ التحالفات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