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المقدمة في تحليل وتصميم النظم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فريد فهمي زيارة/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 , 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9789957123116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التخطيط/ نظم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