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المؤسسات في ظل معايير الأداء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9789776298545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الاداء/ مراقبة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