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علم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طاهر فاضل البياتي/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9789957118037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الكلي/ الاقتصاد الجزئي/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