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محمد صبحي أبوصالح/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, نسب مئوية ,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9789957062439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الفيزياء/ الفيزياء النظرية/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