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risques et institutions financières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John C. Hull/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559p.</w:t>
            </w:r>
          </w:p>
        </w:tc>
      </w:tr>
      <w:tr>
        <w:trPr>
          <w:trHeight w:val="567"/>
        </w:trPr>
        <w:tc>
          <w:tcPr>
            <w:tcW w:type="dxa" w:w="3000"/>
          </w:tcPr>
          <w:p>
            <w:r>
              <w:t>Format</w:t>
            </w:r>
          </w:p>
        </w:tc>
        <w:tc>
          <w:tcPr>
            <w:tcW w:type="dxa" w:w="7000"/>
          </w:tcPr>
          <w:p>
            <w:r>
              <w:t>23*19</w:t>
            </w:r>
          </w:p>
        </w:tc>
      </w:tr>
      <w:tr>
        <w:trPr>
          <w:trHeight w:val="567"/>
        </w:trPr>
        <w:tc>
          <w:tcPr>
            <w:tcW w:type="dxa" w:w="3000"/>
          </w:tcPr>
          <w:p>
            <w:r>
              <w:t>Notes Générales</w:t>
            </w:r>
          </w:p>
        </w:tc>
        <w:tc>
          <w:tcPr>
            <w:tcW w:type="dxa" w:w="7000"/>
          </w:tcPr>
          <w:p>
            <w:r>
              <w:t>gestion du risque, banque, finance</w:t>
            </w:r>
          </w:p>
        </w:tc>
      </w:tr>
      <w:tr>
        <w:trPr>
          <w:trHeight w:val="567"/>
        </w:trPr>
        <w:tc>
          <w:tcPr>
            <w:tcW w:type="dxa" w:w="3000"/>
          </w:tcPr>
          <w:p>
            <w:r>
              <w:t>Numéro d'Identification</w:t>
            </w:r>
          </w:p>
        </w:tc>
        <w:tc>
          <w:tcPr>
            <w:tcW w:type="dxa" w:w="7000"/>
          </w:tcPr>
          <w:p>
            <w:r>
              <w:t>9782744074271</w:t>
            </w:r>
          </w:p>
        </w:tc>
      </w:tr>
      <w:tr>
        <w:trPr>
          <w:trHeight w:val="567"/>
        </w:trPr>
        <w:tc>
          <w:tcPr>
            <w:tcW w:type="dxa" w:w="3000"/>
          </w:tcPr>
          <w:p>
            <w:r>
              <w:t>Sujet(s)</w:t>
            </w:r>
          </w:p>
        </w:tc>
        <w:tc>
          <w:tcPr>
            <w:tcW w:type="dxa" w:w="7000"/>
          </w:tcPr>
          <w:p>
            <w:r>
              <w:t xml:space="preserve">Finance/ banque/ gestion du risque/ </w:t>
            </w:r>
          </w:p>
        </w:tc>
      </w:tr>
    </w:tbl>
    <w:p>
      <w:pPr>
        <w:pStyle w:val="Heading3"/>
      </w:pPr>
      <w:r>
        <w:t>Résumé :</w:t>
      </w:r>
    </w:p>
    <w:p>
      <w:r>
        <w:t>Panorama des risques financiers (risque de taux, risque de crédit, etc.) et des instruments permettant de les gérer. La gestion des risques opérationnels et de marché dans les institutions financières, le concept central de Value at Risk (VaR), la réglementation bancaire et la réforme de Bâle 2 sont abordés.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