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techniques bancaires en 53 fiches : pratiques, applications corrigées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Philippe monnier/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investissement de capital, banque, finance 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9782100578214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Finance/ banque/ investissement de capital/ </w:t>
            </w:r>
          </w:p>
        </w:tc>
      </w:tr>
    </w:tbl>
    <w:p>
      <w:pPr>
        <w:pStyle w:val="Heading3"/>
      </w:pPr>
      <w:r>
        <w:t>Résumé :</w:t>
      </w:r>
    </w:p>
    <w:p>
      <w:r>
        <w:t>Les savoirs essentiels pour exercer le métier de conseiller financier. Présentation de la banque, des moyens de paiement ou des produits en vigueur. Des techniques pour développer le portefeuille clients.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