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تسعيينات الإقتصاد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المجيد بوزيدي/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موفم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9961621298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الاداري الاقتصاد/ التضخم/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