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الرزاق محمد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9789957161224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نظم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