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نظام موسى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9789957324834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المسؤولية الاجتماعية/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