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ثامر ياسر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التسويق/ الصحة/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