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الإعلان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9789957122508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الخدمات/ الانترنيت/ الاعلان/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