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الإتصال في عالم الإقتصاد وإدارة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علم الاقتصاد/ إدارة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