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والتسويق الإلكتروني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ناصر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9789957222659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التجارة الالكترونية/ الشبكات/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