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الحكومة الإلكترونية والإدارة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محمود القدوة/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الحوكمة/ الحوكمة الالكترونية/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