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والقياس النفسي والتربوي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مقدم عبد الحفيظ/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القياس/ إختبارات الشخصية/ الثبات/ الدلالة الإحصائية/ الإختبارات النفسية/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