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مكيد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9789961010839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الانحدار/ المعادلات الاقتصادية/ السلاسل الزمنية/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