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 في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ناصر قاسيمي/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9789961014561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الاتصال/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