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نظرية القياس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تومي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369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