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مدخل لنظرية القياس الإقتصادي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تومي صالح/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9789961003503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القياس/ الاداري الاقتصاد/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