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زياد محمد 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9789957517007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النقود/ الانظمة الاقتصادية/ الادخار/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