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Michel Lejeune/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431p.</w:t>
            </w:r>
          </w:p>
        </w:tc>
      </w:tr>
      <w:tr>
        <w:trPr>
          <w:trHeight w:val="567"/>
        </w:trPr>
        <w:tc>
          <w:tcPr>
            <w:tcW w:type="dxa" w:w="3000"/>
          </w:tcPr>
          <w:p>
            <w:r>
              <w:t>Format</w:t>
            </w:r>
          </w:p>
        </w:tc>
        <w:tc>
          <w:tcPr>
            <w:tcW w:type="dxa" w:w="7000"/>
          </w:tcPr>
          <w:p>
            <w:r>
              <w:t>24*17</w:t>
            </w:r>
          </w:p>
        </w:tc>
      </w:tr>
      <w:tr>
        <w:trPr>
          <w:trHeight w:val="567"/>
        </w:trPr>
        <w:tc>
          <w:tcPr>
            <w:tcW w:type="dxa" w:w="3000"/>
          </w:tcPr>
          <w:p>
            <w:r>
              <w:t>Notes Générales</w:t>
            </w:r>
          </w:p>
        </w:tc>
        <w:tc>
          <w:tcPr>
            <w:tcW w:type="dxa" w:w="7000"/>
          </w:tcPr>
          <w:p>
            <w:r>
              <w:t>échantillonnage, estimation (mathématiques), statistique (mathématiques), théorie des probabilités</w:t>
            </w:r>
          </w:p>
        </w:tc>
      </w:tr>
      <w:tr>
        <w:trPr>
          <w:trHeight w:val="567"/>
        </w:trPr>
        <w:tc>
          <w:tcPr>
            <w:tcW w:type="dxa" w:w="3000"/>
          </w:tcPr>
          <w:p>
            <w:r>
              <w:t>Numéro d'Identification</w:t>
            </w:r>
          </w:p>
        </w:tc>
        <w:tc>
          <w:tcPr>
            <w:tcW w:type="dxa" w:w="7000"/>
          </w:tcPr>
          <w:p>
            <w:r>
              <w:t>9782817801568</w:t>
            </w:r>
          </w:p>
        </w:tc>
      </w:tr>
      <w:tr>
        <w:trPr>
          <w:trHeight w:val="567"/>
        </w:trPr>
        <w:tc>
          <w:tcPr>
            <w:tcW w:type="dxa" w:w="3000"/>
          </w:tcPr>
          <w:p>
            <w:r>
              <w:t>Sujet(s)</w:t>
            </w:r>
          </w:p>
        </w:tc>
        <w:tc>
          <w:tcPr>
            <w:tcW w:type="dxa" w:w="7000"/>
          </w:tcPr>
          <w:p>
            <w:r>
              <w:t xml:space="preserve">statistique/ échantillonnage/ estimation (mathématiques)/ théorie des probabilités/ </w:t>
            </w:r>
          </w:p>
        </w:tc>
      </w:tr>
    </w:tbl>
    <w:p>
      <w:pPr>
        <w:pStyle w:val="Heading3"/>
      </w:pPr>
      <w:r>
        <w:t>Résumé :</w:t>
      </w:r>
    </w:p>
    <w:p>
      <w:r>
        <w:t>A pour objectif de rendre accessibles les fondements théoriques de la statistique à un public de niveau mathématique moyen : étudiants de 1er cycle scientifique, élèves ingénieurs et chercheurs (en biologie, économie, psychologie...). Présente la théorie des probabilités ainsi que les notions de tests et d'estimation. Contient de nombreux exercices avec leur corrigé.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