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جرائم الفساد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9789773504576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