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جرائم الفساد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9789773504576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التهريب/ المال العام/ الجرائم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