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سعدون بوكبوس/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9789773504765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