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المعجم الذهبي للمصطلحات الاقتصادية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0305755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