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على أعمال البنوك ومنظمات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صلاح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9789773503500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الدول العربية/ البنوك/ المصارف/ الحوكمة/ الدول الاجنبية/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