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التأمين والضمان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إبراهيم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977350266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التأمين/ الزكاة/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