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للمناطق الاقتصادية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محمودي مراد/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المناطق الاقتصادية/ التكتلات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