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الجات والخصخصة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حسين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الخصخصة/ التكتلات/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