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الحديث الى علم الاقتصاد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شوقي أحمد دنيا/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9773501159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الكلي/ الاقتصاد الجزئي/ الاقتصاد الاسلامي/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