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الشاملة في مؤسسات التدريب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التدريب/ الدراسات الاجنبية/ الدراسات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