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السلوك التنظيمي في الإدارة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أد. حسين التهامي/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9789773505011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القيادة/ السلوك الاداري/ الابداع/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