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الشاملة في العمل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بدوي محمود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9771013319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العمل/ الاسلام/ ادارة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