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داوود معمر/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9773501361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الحوافز/ تنافسية المنظمات/ المكافآت/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