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عسكرات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هاني عبد السلا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1014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حديثة/ المعسك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