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 2008/ISO9001 وازمة الاقتصاد العالمي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توفيق محمد عبد المحسن/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ادارة الجودة الشاملة/ اليابان/ المؤسسات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